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BA22E6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  <w:lang w:val="pl-PL"/>
        </w:rPr>
      </w:pPr>
      <w:r w:rsidRPr="00BA22E6">
        <w:rPr>
          <w:rFonts w:ascii="Lato" w:hAnsi="Lato" w:cs="Lato"/>
          <w:b w:val="0"/>
          <w:bCs/>
          <w:color w:val="auto"/>
          <w:sz w:val="20"/>
          <w:szCs w:val="20"/>
          <w:lang w:val="pl-PL"/>
        </w:rPr>
        <w:t xml:space="preserve">…………………………………………….. </w:t>
      </w:r>
    </w:p>
    <w:p w14:paraId="7DF9830A" w14:textId="4EC14AD9" w:rsidR="00300FAC" w:rsidRPr="00BA22E6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  <w:lang w:val="pl-PL"/>
        </w:rPr>
      </w:pPr>
      <w:r w:rsidRPr="00BA22E6">
        <w:rPr>
          <w:rFonts w:ascii="Lato" w:hAnsi="Lato" w:cs="Lato"/>
          <w:b w:val="0"/>
          <w:bCs/>
          <w:color w:val="auto"/>
          <w:sz w:val="18"/>
          <w:szCs w:val="18"/>
          <w:lang w:val="pl-PL"/>
        </w:rPr>
        <w:t>(pieczęć szkoły)</w:t>
      </w:r>
    </w:p>
    <w:p w14:paraId="7314D409" w14:textId="77777777" w:rsidR="00300FAC" w:rsidRPr="00BA22E6" w:rsidRDefault="00300FAC" w:rsidP="00552DFF">
      <w:pPr>
        <w:pStyle w:val="Tytu"/>
        <w:jc w:val="center"/>
        <w:rPr>
          <w:rFonts w:ascii="Lato" w:hAnsi="Lato" w:cs="Lato"/>
          <w:sz w:val="20"/>
          <w:szCs w:val="20"/>
          <w:lang w:val="pl-PL"/>
        </w:rPr>
      </w:pPr>
    </w:p>
    <w:p w14:paraId="7866DCE8" w14:textId="77777777" w:rsidR="00300FAC" w:rsidRPr="00BA22E6" w:rsidRDefault="00300FAC" w:rsidP="00552DFF">
      <w:pPr>
        <w:pStyle w:val="Tytu"/>
        <w:jc w:val="center"/>
        <w:rPr>
          <w:rFonts w:ascii="Lato" w:hAnsi="Lato" w:cs="Lato"/>
          <w:sz w:val="20"/>
          <w:szCs w:val="20"/>
          <w:lang w:val="pl-PL"/>
        </w:rPr>
      </w:pPr>
    </w:p>
    <w:p w14:paraId="0471E529" w14:textId="01175D67" w:rsidR="00A67B2E" w:rsidRPr="00BA22E6" w:rsidRDefault="00382C8A" w:rsidP="00552DFF">
      <w:pPr>
        <w:pStyle w:val="Tytu"/>
        <w:jc w:val="center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KARTA ZGŁOSZENIA UCZNIA</w:t>
      </w:r>
    </w:p>
    <w:p w14:paraId="20711789" w14:textId="7D7E228D" w:rsidR="00A67B2E" w:rsidRPr="00BA22E6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b/>
          <w:sz w:val="20"/>
          <w:szCs w:val="20"/>
          <w:lang w:val="pl-PL"/>
        </w:rPr>
        <w:t>do Wojewódzkiego Konkursu z .......................................................... (nazwa przedmiotu)</w:t>
      </w:r>
      <w:r w:rsidR="00A14621" w:rsidRPr="00BA22E6">
        <w:rPr>
          <w:rFonts w:ascii="Lato" w:hAnsi="Lato" w:cs="Lato"/>
          <w:b/>
          <w:sz w:val="20"/>
          <w:szCs w:val="20"/>
          <w:lang w:val="pl-PL"/>
        </w:rPr>
        <w:t>*</w:t>
      </w:r>
      <w:r w:rsidRPr="00BA22E6">
        <w:rPr>
          <w:rFonts w:ascii="Lato" w:hAnsi="Lato" w:cs="Lato"/>
          <w:b/>
          <w:sz w:val="20"/>
          <w:szCs w:val="20"/>
          <w:lang w:val="pl-PL"/>
        </w:rPr>
        <w:br/>
        <w:t>dla uczniów klas IV–VIII szkół podstawowych województwa pomorskiego w roku szkolnym 2026/2027</w:t>
      </w:r>
    </w:p>
    <w:p w14:paraId="2DA09ABE" w14:textId="77777777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I. Dane uczestnika</w:t>
      </w:r>
    </w:p>
    <w:p w14:paraId="055D38CE" w14:textId="6B0070A2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Imię (imiona) ucznia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6458D8C7" w14:textId="0AEDE8F9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Nazwisko ucznia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F812EFF" w14:textId="640F3E25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Data urodzenia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59F4CB45" w14:textId="37CFF94B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Miejsce urodzenia (miejscowość; w przypadku urodzenia poza Polską – również kraj)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1F26FFB8" w14:textId="409B82A5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Klasa w roku szkolnym 2026/2027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62CEDAB" w14:textId="77777777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II. Dane szkoły</w:t>
      </w:r>
    </w:p>
    <w:p w14:paraId="74A678F5" w14:textId="348E7A7C" w:rsidR="00A67B2E" w:rsidRPr="00BA22E6" w:rsidRDefault="00382C8A" w:rsidP="00552DFF">
      <w:pPr>
        <w:spacing w:after="80" w:line="240" w:lineRule="auto"/>
        <w:rPr>
          <w:rFonts w:ascii="Lato" w:hAnsi="Lato" w:cs="Lato"/>
          <w:b/>
          <w:bCs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Pełna nazwa szkoły podstawowej</w:t>
      </w:r>
      <w:r w:rsidR="00BA22E6">
        <w:rPr>
          <w:rFonts w:ascii="Lato" w:hAnsi="Lato" w:cs="Lato"/>
          <w:sz w:val="20"/>
          <w:szCs w:val="20"/>
          <w:lang w:val="pl-PL"/>
        </w:rPr>
        <w:t xml:space="preserve">: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Szkoła Podstawowa w Kosakowie</w:t>
      </w:r>
    </w:p>
    <w:p w14:paraId="317B45EB" w14:textId="08DA1DF9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Ulica i numer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 xml:space="preserve">: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Żeromskiego 11</w:t>
      </w:r>
    </w:p>
    <w:p w14:paraId="61360609" w14:textId="4C9E3EC5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Miejscowość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 xml:space="preserve">: 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Kosakowo</w:t>
      </w:r>
    </w:p>
    <w:p w14:paraId="709273EA" w14:textId="07A7F999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Gmina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 xml:space="preserve">: 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Kosakowo</w:t>
      </w:r>
    </w:p>
    <w:p w14:paraId="3D75C062" w14:textId="09186D70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Powiat</w:t>
      </w:r>
      <w:r w:rsidR="00A14621" w:rsidRPr="00BA22E6">
        <w:rPr>
          <w:rFonts w:ascii="Lato" w:hAnsi="Lato" w:cs="Lato"/>
          <w:sz w:val="20"/>
          <w:szCs w:val="20"/>
          <w:lang w:val="pl-PL"/>
        </w:rPr>
        <w:t>*</w:t>
      </w:r>
      <w:r w:rsidRPr="00BA22E6">
        <w:rPr>
          <w:rFonts w:ascii="Lato" w:hAnsi="Lato" w:cs="Lato"/>
          <w:sz w:val="20"/>
          <w:szCs w:val="20"/>
          <w:lang w:val="pl-PL"/>
        </w:rPr>
        <w:t xml:space="preserve">: </w:t>
      </w:r>
      <w:r w:rsidRPr="00BA22E6">
        <w:rPr>
          <w:rFonts w:ascii="Lato" w:hAnsi="Lato" w:cs="Lato"/>
          <w:b/>
          <w:bCs/>
          <w:sz w:val="20"/>
          <w:szCs w:val="20"/>
          <w:lang w:val="pl-PL"/>
        </w:rPr>
        <w:t xml:space="preserve">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pucki</w:t>
      </w:r>
    </w:p>
    <w:p w14:paraId="69624A7D" w14:textId="77777777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Potwierdzam prawidłowość powyższych danych.</w:t>
      </w:r>
      <w:r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18"/>
          <w:szCs w:val="18"/>
          <w:lang w:val="pl-PL"/>
        </w:rPr>
        <w:t>data, podpis i pieczęć dyrektora szkoły</w:t>
      </w:r>
    </w:p>
    <w:p w14:paraId="7AD083E9" w14:textId="091DC8B9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III. Dostosowanie warunków Konkursu</w:t>
      </w:r>
      <w:r w:rsidR="00A14621" w:rsidRPr="00BA22E6">
        <w:rPr>
          <w:rFonts w:ascii="Lato" w:hAnsi="Lato" w:cs="Lato"/>
          <w:sz w:val="20"/>
          <w:szCs w:val="20"/>
          <w:lang w:val="pl-PL"/>
        </w:rPr>
        <w:t>**</w:t>
      </w:r>
    </w:p>
    <w:p w14:paraId="2C616E11" w14:textId="77777777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A22E6">
        <w:rPr>
          <w:rFonts w:ascii="Lato" w:hAnsi="Lato" w:cs="Lato"/>
          <w:sz w:val="20"/>
          <w:szCs w:val="20"/>
          <w:lang w:val="pl-PL"/>
        </w:rPr>
        <w:t xml:space="preserve"> Składam wniosek o dostosowanie warunków przeprowadzenia Konkursu do potrzeb uczestnika.</w:t>
      </w:r>
      <w:r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A22E6">
        <w:rPr>
          <w:rFonts w:ascii="Lato" w:hAnsi="Lato" w:cs="Lato"/>
          <w:sz w:val="20"/>
          <w:szCs w:val="20"/>
          <w:lang w:val="pl-PL"/>
        </w:rPr>
        <w:t xml:space="preserve"> Nie składam wniosku o dostosowanie warunków przeprowadzenia Konkursu.</w:t>
      </w:r>
    </w:p>
    <w:p w14:paraId="30C855B9" w14:textId="6ED70590" w:rsidR="00A67B2E" w:rsidRPr="00BA22E6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 xml:space="preserve">Dokumentację potwierdzającą potrzebę dostosowania przedstawia się szkole zgodnie </w:t>
      </w:r>
      <w:r w:rsidR="00A14621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IV. Wizerunek – Wojewódzka Gala Wręczenia Zaświadczeń Laureatom</w:t>
      </w:r>
      <w:r w:rsidR="00A14621" w:rsidRPr="00BA22E6">
        <w:rPr>
          <w:rFonts w:ascii="Lato" w:hAnsi="Lato" w:cs="Lato"/>
          <w:sz w:val="20"/>
          <w:szCs w:val="20"/>
          <w:lang w:val="pl-PL"/>
        </w:rPr>
        <w:t>**</w:t>
      </w:r>
    </w:p>
    <w:p w14:paraId="1AF50134" w14:textId="77777777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A22E6">
        <w:rPr>
          <w:rFonts w:ascii="Lato" w:hAnsi="Lato" w:cs="Lato"/>
          <w:sz w:val="20"/>
          <w:szCs w:val="20"/>
          <w:lang w:val="pl-PL"/>
        </w:rPr>
        <w:t xml:space="preserve"> Zezwalam</w:t>
      </w:r>
      <w:r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A22E6">
        <w:rPr>
          <w:rFonts w:ascii="Lato" w:hAnsi="Lato" w:cs="Lato"/>
          <w:sz w:val="20"/>
          <w:szCs w:val="20"/>
          <w:lang w:val="pl-PL"/>
        </w:rPr>
        <w:t xml:space="preserve"> Nie zezwalam</w:t>
      </w:r>
    </w:p>
    <w:p w14:paraId="46A65EF8" w14:textId="1D65867B" w:rsidR="00A67B2E" w:rsidRPr="00BA22E6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 xml:space="preserve">oraz na oficjalnych profilach Kuratorium w serwisach społecznościowych, w celu informowania o wydarzeniu </w:t>
      </w:r>
      <w:r w:rsidR="00352867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>i działalności Kuratorium.</w:t>
      </w:r>
      <w:r w:rsidR="00411193" w:rsidRPr="00BA22E6">
        <w:rPr>
          <w:rFonts w:ascii="Lato" w:hAnsi="Lato" w:cs="Lato"/>
          <w:sz w:val="20"/>
          <w:szCs w:val="20"/>
          <w:lang w:val="pl-PL"/>
        </w:rPr>
        <w:t xml:space="preserve"> </w:t>
      </w:r>
      <w:r w:rsidRPr="00BA22E6">
        <w:rPr>
          <w:rFonts w:ascii="Lato" w:hAnsi="Lato" w:cs="Lato"/>
          <w:sz w:val="20"/>
          <w:szCs w:val="20"/>
          <w:lang w:val="pl-PL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BA22E6">
        <w:rPr>
          <w:rFonts w:ascii="Lato" w:hAnsi="Lato" w:cs="Lato"/>
          <w:sz w:val="20"/>
          <w:szCs w:val="20"/>
          <w:lang w:val="pl-PL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BA22E6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V</w:t>
      </w:r>
      <w:r w:rsidR="00936BB1" w:rsidRPr="00BA22E6">
        <w:rPr>
          <w:rFonts w:ascii="Lato" w:hAnsi="Lato" w:cs="Lato"/>
          <w:sz w:val="20"/>
          <w:szCs w:val="20"/>
          <w:lang w:val="pl-PL"/>
        </w:rPr>
        <w:t>I</w:t>
      </w:r>
      <w:r w:rsidRPr="00BA22E6">
        <w:rPr>
          <w:rFonts w:ascii="Lato" w:hAnsi="Lato" w:cs="Lato"/>
          <w:sz w:val="20"/>
          <w:szCs w:val="20"/>
          <w:lang w:val="pl-PL"/>
        </w:rPr>
        <w:t>. Oświadczenie rodzica/opiekuna prawnego</w:t>
      </w:r>
    </w:p>
    <w:p w14:paraId="556C37A9" w14:textId="7F99F8A5" w:rsidR="00A67B2E" w:rsidRPr="00BA22E6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 xml:space="preserve">Oświadczam, że dane podane w Karcie są zgodne ze stanem faktycznym, zapoznałam/em się </w:t>
      </w:r>
      <w:r w:rsidR="00A14621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18"/>
          <w:szCs w:val="18"/>
          <w:lang w:val="pl-PL"/>
        </w:rPr>
        <w:t>miejscowość, data i podpis rodzica/opiekuna prawnego</w:t>
      </w:r>
    </w:p>
    <w:p w14:paraId="249B7BCC" w14:textId="08E7585E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VI</w:t>
      </w:r>
      <w:r w:rsidR="00936BB1" w:rsidRPr="00BA22E6">
        <w:rPr>
          <w:rFonts w:ascii="Lato" w:hAnsi="Lato" w:cs="Lato"/>
          <w:sz w:val="20"/>
          <w:szCs w:val="20"/>
          <w:lang w:val="pl-PL"/>
        </w:rPr>
        <w:t>I</w:t>
      </w:r>
      <w:r w:rsidRPr="00BA22E6">
        <w:rPr>
          <w:rFonts w:ascii="Lato" w:hAnsi="Lato" w:cs="Lato"/>
          <w:sz w:val="20"/>
          <w:szCs w:val="20"/>
          <w:lang w:val="pl-PL"/>
        </w:rPr>
        <w:t>. Informacja dotycząca przetwarzania danych na stopniu I – szkolnym</w:t>
      </w:r>
    </w:p>
    <w:p w14:paraId="7BE8F495" w14:textId="1FA2CB1C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 xml:space="preserve">Administratorem danych osobowych jest szkoła: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Szkoła Podstawowa w Kosakowie</w:t>
      </w:r>
    </w:p>
    <w:p w14:paraId="32FBF02A" w14:textId="4E12AE71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 xml:space="preserve">Dane kontaktowe szkoły: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81-198 Kosakowo; ul. Żeromskiego 11</w:t>
      </w:r>
    </w:p>
    <w:p w14:paraId="063954CD" w14:textId="1FE8EC82" w:rsidR="00A67B2E" w:rsidRPr="00BA22E6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Kontakt do IOD szkoły</w:t>
      </w:r>
      <w:r w:rsidR="00BA22E6">
        <w:rPr>
          <w:rFonts w:ascii="Lato" w:hAnsi="Lato" w:cs="Lato"/>
          <w:sz w:val="20"/>
          <w:szCs w:val="20"/>
          <w:lang w:val="pl-PL"/>
        </w:rPr>
        <w:t xml:space="preserve">: </w:t>
      </w:r>
      <w:r w:rsidR="00BA22E6" w:rsidRPr="00BA22E6">
        <w:rPr>
          <w:rFonts w:ascii="Lato" w:hAnsi="Lato" w:cs="Lato"/>
          <w:b/>
          <w:bCs/>
          <w:sz w:val="20"/>
          <w:szCs w:val="20"/>
          <w:lang w:val="pl-PL"/>
        </w:rPr>
        <w:t>iod.sp.kosakowo@gmail.com</w:t>
      </w:r>
    </w:p>
    <w:p w14:paraId="02312C48" w14:textId="2E115FB0" w:rsidR="00A67B2E" w:rsidRPr="00BA22E6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Dane są przetwarzane w celu organizacji i przeprowadzenia stopnia I – szkolnego Konkursu, ustalenia wyników i sporządzenia dokumentacji.</w:t>
      </w:r>
      <w:r w:rsidR="00D63C7B" w:rsidRPr="00BA22E6">
        <w:rPr>
          <w:rFonts w:ascii="Lato" w:hAnsi="Lato" w:cs="Lato"/>
          <w:sz w:val="20"/>
          <w:szCs w:val="20"/>
          <w:lang w:val="pl-PL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BA22E6">
        <w:rPr>
          <w:rFonts w:ascii="Lato" w:hAnsi="Lato" w:cs="Lato"/>
          <w:sz w:val="20"/>
          <w:szCs w:val="20"/>
          <w:lang w:val="pl-PL"/>
        </w:rPr>
        <w:t xml:space="preserve"> Podanie danych wymaganych do udziału w Konkursie jest niezbędne; ich brak może uniemożliwić zgłoszenie lub realizację </w:t>
      </w:r>
      <w:proofErr w:type="spellStart"/>
      <w:r w:rsidRPr="00BA22E6">
        <w:rPr>
          <w:rFonts w:ascii="Lato" w:hAnsi="Lato" w:cs="Lato"/>
          <w:sz w:val="20"/>
          <w:szCs w:val="20"/>
          <w:lang w:val="pl-PL"/>
        </w:rPr>
        <w:t>udziału.Dane</w:t>
      </w:r>
      <w:proofErr w:type="spellEnd"/>
      <w:r w:rsidRPr="00BA22E6">
        <w:rPr>
          <w:rFonts w:ascii="Lato" w:hAnsi="Lato" w:cs="Lato"/>
          <w:sz w:val="20"/>
          <w:szCs w:val="20"/>
          <w:lang w:val="pl-PL"/>
        </w:rPr>
        <w:t xml:space="preserve"> i dokumentacja uczestników określonych w Regulaminie mogą zostać przekazane właściwej RKK w celu weryfikacji wyników stopnia I – szkolnego, ustalenia kwalifikacji do stopnia </w:t>
      </w:r>
      <w:r w:rsidR="00A14621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>II – rejonowego oraz dalszej organizacji Konkursu. W zakresie tych danych administratorem jest Pomorski Kurator Oświaty.</w:t>
      </w:r>
      <w:r w:rsidR="00411193" w:rsidRPr="00BA22E6">
        <w:rPr>
          <w:rFonts w:ascii="Lato" w:hAnsi="Lato" w:cs="Lato"/>
          <w:sz w:val="20"/>
          <w:szCs w:val="20"/>
          <w:lang w:val="pl-PL"/>
        </w:rPr>
        <w:t xml:space="preserve"> </w:t>
      </w:r>
      <w:r w:rsidRPr="00BA22E6">
        <w:rPr>
          <w:rFonts w:ascii="Lato" w:hAnsi="Lato" w:cs="Lato"/>
          <w:sz w:val="20"/>
          <w:szCs w:val="20"/>
          <w:lang w:val="pl-PL"/>
        </w:rPr>
        <w:t>Dane będą przechowywane przez okres wynikający z Regulaminu oraz przepisów kancelaryjno-archiwalnych i JRWA właściwego administratora. Osobie przysługują, na zasadach określonych</w:t>
      </w:r>
      <w:r w:rsidR="00411193" w:rsidRPr="00BA22E6">
        <w:rPr>
          <w:rFonts w:ascii="Lato" w:hAnsi="Lato" w:cs="Lato"/>
          <w:sz w:val="20"/>
          <w:szCs w:val="20"/>
          <w:lang w:val="pl-PL"/>
        </w:rPr>
        <w:t xml:space="preserve"> </w:t>
      </w:r>
      <w:r w:rsidR="00411193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 xml:space="preserve">w RODO, m.in. prawa dostępu, sprostowania, ograniczenia przetwarzania oraz wniesienia skargi </w:t>
      </w:r>
      <w:r w:rsidR="00A14621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>do Prezesa UODO.</w:t>
      </w:r>
    </w:p>
    <w:p w14:paraId="337C79A2" w14:textId="370ADE5B" w:rsidR="00A67B2E" w:rsidRPr="00BA22E6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VII</w:t>
      </w:r>
      <w:r w:rsidR="00936BB1" w:rsidRPr="00BA22E6">
        <w:rPr>
          <w:rFonts w:ascii="Lato" w:hAnsi="Lato" w:cs="Lato"/>
          <w:sz w:val="20"/>
          <w:szCs w:val="20"/>
          <w:lang w:val="pl-PL"/>
        </w:rPr>
        <w:t>I</w:t>
      </w:r>
      <w:r w:rsidRPr="00BA22E6">
        <w:rPr>
          <w:rFonts w:ascii="Lato" w:hAnsi="Lato" w:cs="Lato"/>
          <w:sz w:val="20"/>
          <w:szCs w:val="20"/>
          <w:lang w:val="pl-PL"/>
        </w:rPr>
        <w:t>. Informacja o dalszym przetwarzaniu danych przez Pomorskiego Kuratora Oświaty</w:t>
      </w:r>
    </w:p>
    <w:p w14:paraId="49530D87" w14:textId="26D892D0" w:rsidR="00A67B2E" w:rsidRPr="00BA22E6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 xml:space="preserve">Jeżeli dokumentacja uczestnika zostanie przekazana przez SKK do właściwej RKK zgodnie </w:t>
      </w:r>
      <w:r w:rsidR="00A14621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 w:rsidRPr="00BA22E6">
        <w:rPr>
          <w:rFonts w:ascii="Lato" w:hAnsi="Lato" w:cs="Lato"/>
          <w:sz w:val="20"/>
          <w:szCs w:val="20"/>
          <w:lang w:val="pl-PL"/>
        </w:rPr>
        <w:br/>
      </w:r>
      <w:r w:rsidRPr="00BA22E6">
        <w:rPr>
          <w:rFonts w:ascii="Lato" w:hAnsi="Lato" w:cs="Lato"/>
          <w:sz w:val="20"/>
          <w:szCs w:val="20"/>
          <w:lang w:val="pl-PL"/>
        </w:rPr>
        <w:t>nie wymaga podpisania.</w:t>
      </w:r>
    </w:p>
    <w:p w14:paraId="5E9FAB94" w14:textId="77777777" w:rsidR="00A14621" w:rsidRPr="00BA22E6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14:paraId="02B0B2ED" w14:textId="4FCCD103" w:rsidR="00A14621" w:rsidRPr="00BA22E6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BA22E6">
        <w:rPr>
          <w:rFonts w:ascii="Lato" w:hAnsi="Lato" w:cs="Lato"/>
          <w:sz w:val="20"/>
          <w:szCs w:val="20"/>
          <w:lang w:val="pl-PL"/>
        </w:rPr>
        <w:t>* wypełnić komputerowo / pisemnie drukowanymi literami;  ** zaznacz jedną odpowiedź</w:t>
      </w:r>
    </w:p>
    <w:sectPr w:rsidR="00A14621" w:rsidRPr="00BA22E6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04A3A" w14:textId="77777777" w:rsidR="00776F31" w:rsidRDefault="00776F31">
      <w:pPr>
        <w:spacing w:after="0" w:line="240" w:lineRule="auto"/>
      </w:pPr>
      <w:r>
        <w:separator/>
      </w:r>
    </w:p>
  </w:endnote>
  <w:endnote w:type="continuationSeparator" w:id="0">
    <w:p w14:paraId="304FBF4D" w14:textId="77777777" w:rsidR="00776F31" w:rsidRDefault="0077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8351E" w14:textId="77777777" w:rsidR="00776F31" w:rsidRDefault="00776F31">
      <w:pPr>
        <w:spacing w:after="0" w:line="240" w:lineRule="auto"/>
      </w:pPr>
      <w:r>
        <w:separator/>
      </w:r>
    </w:p>
  </w:footnote>
  <w:footnote w:type="continuationSeparator" w:id="0">
    <w:p w14:paraId="2C364730" w14:textId="77777777" w:rsidR="00776F31" w:rsidRDefault="0077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BDEB" w14:textId="09626A7A" w:rsidR="00300FAC" w:rsidRPr="00BA22E6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  <w:lang w:val="pl-PL"/>
      </w:rPr>
    </w:pPr>
    <w:r w:rsidRPr="00BA22E6">
      <w:rPr>
        <w:rFonts w:ascii="Lato" w:hAnsi="Lato" w:cs="Lato"/>
        <w:i/>
        <w:iCs/>
        <w:sz w:val="20"/>
        <w:szCs w:val="20"/>
        <w:lang w:val="pl-PL"/>
      </w:rPr>
      <w:t>Załącznik nr 1 do Regulaminu</w:t>
    </w:r>
    <w:r w:rsidRPr="00BA22E6">
      <w:rPr>
        <w:rFonts w:ascii="Lato" w:eastAsiaTheme="minorHAnsi" w:hAnsi="Lato" w:cs="Lato"/>
        <w:bCs/>
        <w:sz w:val="20"/>
        <w:szCs w:val="20"/>
        <w:lang w:val="pl-PL"/>
      </w:rPr>
      <w:t xml:space="preserve"> Wojewódzkiego Konkursu z……. </w:t>
    </w:r>
  </w:p>
  <w:p w14:paraId="63D25BFF" w14:textId="19C3D8D7" w:rsidR="00300FAC" w:rsidRPr="00BA22E6" w:rsidRDefault="00300FAC">
    <w:pPr>
      <w:pStyle w:val="Nagwek"/>
      <w:rPr>
        <w:lang w:val="pl-PL"/>
      </w:rPr>
    </w:pPr>
  </w:p>
  <w:p w14:paraId="2837FD42" w14:textId="77777777" w:rsidR="00300FAC" w:rsidRPr="00BA22E6" w:rsidRDefault="00300FAC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7261604">
    <w:abstractNumId w:val="8"/>
  </w:num>
  <w:num w:numId="2" w16cid:durableId="1697151867">
    <w:abstractNumId w:val="6"/>
  </w:num>
  <w:num w:numId="3" w16cid:durableId="1539123734">
    <w:abstractNumId w:val="5"/>
  </w:num>
  <w:num w:numId="4" w16cid:durableId="2138907066">
    <w:abstractNumId w:val="4"/>
  </w:num>
  <w:num w:numId="5" w16cid:durableId="2086683204">
    <w:abstractNumId w:val="7"/>
  </w:num>
  <w:num w:numId="6" w16cid:durableId="1379082977">
    <w:abstractNumId w:val="3"/>
  </w:num>
  <w:num w:numId="7" w16cid:durableId="2007635111">
    <w:abstractNumId w:val="2"/>
  </w:num>
  <w:num w:numId="8" w16cid:durableId="2105608252">
    <w:abstractNumId w:val="1"/>
  </w:num>
  <w:num w:numId="9" w16cid:durableId="680670481">
    <w:abstractNumId w:val="0"/>
  </w:num>
  <w:num w:numId="10" w16cid:durableId="16606459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69772A"/>
    <w:rsid w:val="00776F31"/>
    <w:rsid w:val="0078477F"/>
    <w:rsid w:val="00936BB1"/>
    <w:rsid w:val="00A14621"/>
    <w:rsid w:val="00A67B2E"/>
    <w:rsid w:val="00A71650"/>
    <w:rsid w:val="00AA1D8D"/>
    <w:rsid w:val="00B2368F"/>
    <w:rsid w:val="00B47730"/>
    <w:rsid w:val="00BA22E6"/>
    <w:rsid w:val="00BE6293"/>
    <w:rsid w:val="00BF64B4"/>
    <w:rsid w:val="00C02CBC"/>
    <w:rsid w:val="00C81A2F"/>
    <w:rsid w:val="00CB0664"/>
    <w:rsid w:val="00CC0BBC"/>
    <w:rsid w:val="00D63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4980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1-  Wzór Karty zgłoszenia ucznia do konkursu</vt:lpstr>
      <vt:lpstr/>
    </vt:vector>
  </TitlesOfParts>
  <Manager/>
  <Company/>
  <LinksUpToDate>false</LinksUpToDate>
  <CharactersWithSpaces>5799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Dyrektor</cp:lastModifiedBy>
  <cp:revision>2</cp:revision>
  <cp:lastPrinted>2026-08-27T08:48:00Z</cp:lastPrinted>
  <dcterms:created xsi:type="dcterms:W3CDTF">2026-10-01T04:21:00Z</dcterms:created>
  <dcterms:modified xsi:type="dcterms:W3CDTF">2026-10-01T04:21:00Z</dcterms:modified>
  <cp:category/>
</cp:coreProperties>
</file>